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30A70" w14:textId="1FDB6B5A" w:rsidR="00A34C81" w:rsidRPr="00A34C81" w:rsidRDefault="00A34C81" w:rsidP="00A34C81">
      <w:pPr>
        <w:jc w:val="center"/>
        <w:rPr>
          <w:rFonts w:ascii="Arial" w:hAnsi="Arial" w:cs="Arial"/>
          <w:b/>
          <w:lang w:val="es-ES"/>
        </w:rPr>
      </w:pPr>
      <w:r>
        <w:rPr>
          <w:rFonts w:ascii="Arial" w:hAnsi="Arial" w:cs="Arial"/>
          <w:b/>
          <w:lang w:val="es-ES"/>
        </w:rPr>
        <w:t xml:space="preserve">ANEXO 1 - </w:t>
      </w:r>
      <w:r w:rsidRPr="00A34C81">
        <w:rPr>
          <w:rFonts w:ascii="Arial" w:hAnsi="Arial" w:cs="Arial"/>
          <w:b/>
          <w:lang w:val="es-ES"/>
        </w:rPr>
        <w:t>SOLICITUD DE PRÓRROGA DE EJECUCIÓN</w:t>
      </w:r>
    </w:p>
    <w:p w14:paraId="73243E74" w14:textId="77777777" w:rsidR="00A34C81" w:rsidRPr="00A34C81" w:rsidRDefault="00A34C81" w:rsidP="00A34C81">
      <w:pPr>
        <w:rPr>
          <w:rFonts w:ascii="Arial" w:hAnsi="Arial" w:cs="Arial"/>
          <w:b/>
          <w:lang w:val="es-ES"/>
        </w:rPr>
      </w:pPr>
    </w:p>
    <w:p w14:paraId="507CEB31" w14:textId="77777777" w:rsidR="00A34C81" w:rsidRPr="00A34C81" w:rsidRDefault="00A34C81" w:rsidP="00A34C81">
      <w:pPr>
        <w:rPr>
          <w:rFonts w:ascii="Arial" w:hAnsi="Arial" w:cs="Arial"/>
          <w:lang w:val="es-ES"/>
        </w:rPr>
      </w:pPr>
      <w:r w:rsidRPr="00A34C81">
        <w:rPr>
          <w:rFonts w:ascii="Arial" w:hAnsi="Arial" w:cs="Arial"/>
          <w:b/>
          <w:lang w:val="es-ES"/>
        </w:rPr>
        <w:t xml:space="preserve">Nº EXPEDIENTE:  </w:t>
      </w:r>
      <w:sdt>
        <w:sdtPr>
          <w:rPr>
            <w:rFonts w:ascii="Arial" w:hAnsi="Arial" w:cs="Arial"/>
            <w:lang w:val="es-ES"/>
          </w:rPr>
          <w:id w:val="-277422976"/>
          <w:placeholder>
            <w:docPart w:val="8F4D24E9CAAC44EF86E3692DD10ED024"/>
          </w:placeholder>
          <w:showingPlcHdr/>
        </w:sdtPr>
        <w:sdtEndPr/>
        <w:sdtContent>
          <w:r w:rsidRPr="00A34C81">
            <w:rPr>
              <w:rFonts w:ascii="Arial" w:hAnsi="Arial" w:cs="Arial"/>
              <w:lang w:val="es-ES"/>
            </w:rPr>
            <w:t>Haga clic o pulse aquí para escribir texto.</w:t>
          </w:r>
        </w:sdtContent>
      </w:sdt>
    </w:p>
    <w:p w14:paraId="635784CD" w14:textId="77777777" w:rsidR="00A34C81" w:rsidRPr="00A34C81" w:rsidRDefault="00A34C81" w:rsidP="00A34C81">
      <w:pPr>
        <w:rPr>
          <w:rFonts w:ascii="Arial" w:hAnsi="Arial" w:cs="Arial"/>
          <w:lang w:val="es-ES"/>
        </w:rPr>
      </w:pPr>
      <w:r w:rsidRPr="00A34C81">
        <w:rPr>
          <w:rFonts w:ascii="Arial" w:hAnsi="Arial" w:cs="Arial"/>
          <w:b/>
          <w:lang w:val="es-ES"/>
        </w:rPr>
        <w:t>NOMBRE DEL PROYECTO:</w:t>
      </w:r>
      <w:r w:rsidRPr="00A34C81">
        <w:rPr>
          <w:rFonts w:ascii="Arial" w:hAnsi="Arial" w:cs="Arial"/>
          <w:lang w:val="es-ES"/>
        </w:rPr>
        <w:t xml:space="preserve"> </w:t>
      </w:r>
      <w:sdt>
        <w:sdtPr>
          <w:rPr>
            <w:rFonts w:ascii="Arial" w:hAnsi="Arial" w:cs="Arial"/>
            <w:lang w:val="es-ES"/>
          </w:rPr>
          <w:id w:val="532694730"/>
          <w:placeholder>
            <w:docPart w:val="8F4D24E9CAAC44EF86E3692DD10ED024"/>
          </w:placeholder>
          <w:showingPlcHdr/>
        </w:sdtPr>
        <w:sdtEndPr/>
        <w:sdtContent>
          <w:r w:rsidRPr="00A34C81">
            <w:rPr>
              <w:rFonts w:ascii="Arial" w:hAnsi="Arial" w:cs="Arial"/>
              <w:lang w:val="es-ES"/>
            </w:rPr>
            <w:t>Haga clic o pulse aquí para escribir texto.</w:t>
          </w:r>
        </w:sdtContent>
      </w:sdt>
    </w:p>
    <w:p w14:paraId="361DC399" w14:textId="5DF7F552" w:rsidR="00A34C81" w:rsidRPr="00A34C81" w:rsidRDefault="00A34C81" w:rsidP="00A34C81">
      <w:pPr>
        <w:rPr>
          <w:rFonts w:ascii="Arial" w:hAnsi="Arial" w:cs="Arial"/>
          <w:lang w:val="es-ES"/>
        </w:rPr>
      </w:pPr>
      <w:r>
        <w:rPr>
          <w:rFonts w:ascii="Arial" w:hAnsi="Arial" w:cs="Arial"/>
          <w:b/>
          <w:lang w:val="es-ES"/>
        </w:rPr>
        <w:t>MUNICIPIO/INFRAESTRUCTURA SUPRAMUNICIPAL:</w:t>
      </w:r>
      <w:r w:rsidRPr="00A34C81">
        <w:rPr>
          <w:rFonts w:ascii="Arial" w:hAnsi="Arial" w:cs="Arial"/>
          <w:lang w:val="es-ES"/>
        </w:rPr>
        <w:t xml:space="preserve"> </w:t>
      </w:r>
      <w:sdt>
        <w:sdtPr>
          <w:rPr>
            <w:rFonts w:ascii="Arial" w:hAnsi="Arial" w:cs="Arial"/>
            <w:lang w:val="es-ES"/>
          </w:rPr>
          <w:id w:val="6028344"/>
          <w:placeholder>
            <w:docPart w:val="5E820700DDAA44E9BDFF7E5F533DF2B9"/>
          </w:placeholder>
          <w:showingPlcHdr/>
        </w:sdtPr>
        <w:sdtEndPr/>
        <w:sdtContent>
          <w:r w:rsidRPr="00A34C81">
            <w:rPr>
              <w:rFonts w:ascii="Arial" w:hAnsi="Arial" w:cs="Arial"/>
              <w:lang w:val="es-ES"/>
            </w:rPr>
            <w:t>Haga clic o pulse aquí para escribir texto.</w:t>
          </w:r>
        </w:sdtContent>
      </w:sdt>
    </w:p>
    <w:p w14:paraId="2F8E89AF" w14:textId="77777777" w:rsidR="00A34C81" w:rsidRPr="00A34C81" w:rsidRDefault="00A34C81" w:rsidP="00A34C81">
      <w:pPr>
        <w:rPr>
          <w:rFonts w:ascii="Arial" w:hAnsi="Arial" w:cs="Arial"/>
          <w:lang w:val="es-ES"/>
        </w:rPr>
      </w:pPr>
    </w:p>
    <w:p w14:paraId="0A44D6EB" w14:textId="77777777" w:rsidR="00A34C81" w:rsidRPr="00A34C81" w:rsidRDefault="00A34C81" w:rsidP="002A156D">
      <w:pPr>
        <w:jc w:val="both"/>
        <w:rPr>
          <w:rFonts w:ascii="Arial" w:hAnsi="Arial" w:cs="Arial"/>
          <w:lang w:val="es-ES"/>
        </w:rPr>
      </w:pPr>
      <w:r w:rsidRPr="00A34C81">
        <w:rPr>
          <w:rFonts w:ascii="Arial" w:hAnsi="Arial" w:cs="Arial"/>
          <w:lang w:val="es-ES"/>
        </w:rPr>
        <w:t>D./Dª</w:t>
      </w:r>
      <w:r w:rsidRPr="00A34C81">
        <w:rPr>
          <w:rFonts w:ascii="Arial" w:hAnsi="Arial" w:cs="Arial"/>
          <w:bCs/>
          <w:lang w:val="es-ES"/>
        </w:rPr>
        <w:t xml:space="preserve">. </w:t>
      </w:r>
      <w:sdt>
        <w:sdtPr>
          <w:rPr>
            <w:rFonts w:ascii="Arial" w:hAnsi="Arial" w:cs="Arial"/>
            <w:bCs/>
            <w:lang w:val="es-ES"/>
          </w:rPr>
          <w:id w:val="315000011"/>
          <w:placeholder>
            <w:docPart w:val="8F4D24E9CAAC44EF86E3692DD10ED024"/>
          </w:placeholder>
          <w:showingPlcHdr/>
        </w:sdtPr>
        <w:sdtEndPr/>
        <w:sdtContent>
          <w:r w:rsidRPr="00A34C81">
            <w:rPr>
              <w:rFonts w:ascii="Arial" w:hAnsi="Arial" w:cs="Arial"/>
              <w:lang w:val="es-ES"/>
            </w:rPr>
            <w:t>Haga clic o pulse aquí para escribir texto.</w:t>
          </w:r>
        </w:sdtContent>
      </w:sdt>
      <w:r w:rsidRPr="00A34C81">
        <w:rPr>
          <w:rFonts w:ascii="Arial" w:hAnsi="Arial" w:cs="Arial"/>
          <w:lang w:val="es-ES"/>
        </w:rPr>
        <w:t xml:space="preserve"> con DNI </w:t>
      </w:r>
      <w:sdt>
        <w:sdtPr>
          <w:rPr>
            <w:rFonts w:ascii="Arial" w:hAnsi="Arial" w:cs="Arial"/>
            <w:lang w:val="es-ES"/>
          </w:rPr>
          <w:id w:val="-1078748058"/>
          <w:placeholder>
            <w:docPart w:val="8F4D24E9CAAC44EF86E3692DD10ED024"/>
          </w:placeholder>
          <w:showingPlcHdr/>
        </w:sdtPr>
        <w:sdtEndPr/>
        <w:sdtContent>
          <w:r w:rsidRPr="00A34C81">
            <w:t>Haga clic o pulse aquí para escribir texto.</w:t>
          </w:r>
        </w:sdtContent>
      </w:sdt>
      <w:r w:rsidRPr="00A34C81">
        <w:rPr>
          <w:rFonts w:ascii="Arial" w:hAnsi="Arial" w:cs="Arial"/>
          <w:lang w:val="es-ES"/>
        </w:rPr>
        <w:t xml:space="preserve"> en representación de la entidad </w:t>
      </w:r>
      <w:sdt>
        <w:sdtPr>
          <w:rPr>
            <w:rFonts w:ascii="Arial" w:hAnsi="Arial" w:cs="Arial"/>
            <w:lang w:val="es-ES"/>
          </w:rPr>
          <w:id w:val="1361249296"/>
          <w:placeholder>
            <w:docPart w:val="8F4D24E9CAAC44EF86E3692DD10ED024"/>
          </w:placeholder>
          <w:showingPlcHdr/>
        </w:sdtPr>
        <w:sdtEndPr/>
        <w:sdtContent>
          <w:r w:rsidRPr="00A34C81">
            <w:rPr>
              <w:rFonts w:ascii="Arial" w:hAnsi="Arial" w:cs="Arial"/>
              <w:lang w:val="es-ES"/>
            </w:rPr>
            <w:t>Haga clic o pulse aquí para escribir texto.</w:t>
          </w:r>
        </w:sdtContent>
      </w:sdt>
      <w:r w:rsidRPr="00A34C81">
        <w:rPr>
          <w:rFonts w:ascii="Arial" w:hAnsi="Arial" w:cs="Arial"/>
          <w:lang w:val="es-ES"/>
        </w:rPr>
        <w:t xml:space="preserve"> con NIF </w:t>
      </w:r>
      <w:sdt>
        <w:sdtPr>
          <w:rPr>
            <w:rFonts w:ascii="Arial" w:hAnsi="Arial" w:cs="Arial"/>
            <w:lang w:val="es-ES"/>
          </w:rPr>
          <w:id w:val="641923115"/>
          <w:placeholder>
            <w:docPart w:val="8F4D24E9CAAC44EF86E3692DD10ED024"/>
          </w:placeholder>
          <w:showingPlcHdr/>
        </w:sdtPr>
        <w:sdtEndPr/>
        <w:sdtContent>
          <w:r w:rsidRPr="00A34C81">
            <w:rPr>
              <w:rFonts w:ascii="Arial" w:hAnsi="Arial" w:cs="Arial"/>
              <w:lang w:val="es-ES"/>
            </w:rPr>
            <w:t>Haga clic o pulse aquí para escribir texto.</w:t>
          </w:r>
        </w:sdtContent>
      </w:sdt>
      <w:r w:rsidRPr="00A34C81">
        <w:rPr>
          <w:rFonts w:ascii="Arial" w:hAnsi="Arial" w:cs="Arial"/>
          <w:lang w:val="es-ES"/>
        </w:rPr>
        <w:t xml:space="preserve">, </w:t>
      </w:r>
    </w:p>
    <w:p w14:paraId="0DF5AEC5" w14:textId="77777777" w:rsidR="00A34C81" w:rsidRPr="00A34C81" w:rsidRDefault="00A34C81" w:rsidP="002A156D">
      <w:pPr>
        <w:jc w:val="both"/>
        <w:rPr>
          <w:rFonts w:ascii="Arial" w:hAnsi="Arial" w:cs="Arial"/>
          <w:lang w:val="es-ES"/>
        </w:rPr>
      </w:pPr>
    </w:p>
    <w:p w14:paraId="253E744A" w14:textId="77777777" w:rsidR="00A34C81" w:rsidRPr="00A34C81" w:rsidRDefault="00A34C81" w:rsidP="002A156D">
      <w:pPr>
        <w:jc w:val="both"/>
        <w:rPr>
          <w:rFonts w:ascii="Arial" w:hAnsi="Arial" w:cs="Arial"/>
          <w:b/>
          <w:lang w:val="es-ES"/>
        </w:rPr>
      </w:pPr>
      <w:r w:rsidRPr="00A34C81">
        <w:rPr>
          <w:rFonts w:ascii="Arial" w:hAnsi="Arial" w:cs="Arial"/>
          <w:b/>
          <w:lang w:val="es-ES"/>
        </w:rPr>
        <w:t>DECLARA</w:t>
      </w:r>
    </w:p>
    <w:p w14:paraId="634ACFDB" w14:textId="64F439C2" w:rsidR="00A34C81" w:rsidRPr="00A34C81" w:rsidRDefault="00A34C81" w:rsidP="002A156D">
      <w:pPr>
        <w:jc w:val="both"/>
        <w:rPr>
          <w:rFonts w:ascii="Arial" w:hAnsi="Arial" w:cs="Arial"/>
          <w:lang w:val="es-ES"/>
        </w:rPr>
      </w:pPr>
      <w:r w:rsidRPr="00A34C81">
        <w:rPr>
          <w:rFonts w:ascii="Arial" w:hAnsi="Arial" w:cs="Arial"/>
          <w:lang w:val="es-ES"/>
        </w:rPr>
        <w:t xml:space="preserve">Que la entidad a la que represento ha resultado beneficiaria de </w:t>
      </w:r>
      <w:r>
        <w:rPr>
          <w:rFonts w:ascii="Arial" w:hAnsi="Arial" w:cs="Arial"/>
          <w:lang w:val="es-ES"/>
        </w:rPr>
        <w:t xml:space="preserve">la </w:t>
      </w:r>
      <w:r w:rsidRPr="00A34C81">
        <w:rPr>
          <w:rFonts w:ascii="Arial" w:hAnsi="Arial" w:cs="Arial"/>
          <w:lang w:val="es-ES"/>
        </w:rPr>
        <w:t>SUBVENCIÓN PREVISTA EN EL REAL DECRETO-LEY 7/2024, DE 11 DE NOVIEMBRE, POR EL QUE SE ADOPTAN MEDIDAS URGENTES PARA EL IMPULSO DEL PLAN DE RESPUESTA INMEDIATA, RECONSTRUCCIÓN Y RELANZAMIENTO FRENTE A LOS DAÑOS CAUSADOS POR LA DEPRESIÓN AISLADA EN NIVELES ALTOS (DANA) EN DIFERENTES MUNICIPIOS ENTRE EL 28 DE OCTUBRE Y EL 4 DE NOVIEMBRE DE 2024.</w:t>
      </w:r>
    </w:p>
    <w:p w14:paraId="65D54782" w14:textId="77777777" w:rsidR="00A34C81" w:rsidRPr="00A34C81" w:rsidRDefault="00A34C81" w:rsidP="002A156D">
      <w:pPr>
        <w:jc w:val="both"/>
        <w:rPr>
          <w:rFonts w:ascii="Arial" w:hAnsi="Arial" w:cs="Arial"/>
          <w:lang w:val="es-ES"/>
        </w:rPr>
      </w:pPr>
      <w:r w:rsidRPr="00A34C81">
        <w:rPr>
          <w:rFonts w:ascii="Arial" w:hAnsi="Arial" w:cs="Arial"/>
          <w:lang w:val="es-ES"/>
        </w:rPr>
        <w:t xml:space="preserve">Que la fecha de finalización aprobada para la ejecución de las actuaciones es el </w:t>
      </w:r>
      <w:sdt>
        <w:sdtPr>
          <w:rPr>
            <w:rFonts w:ascii="Arial" w:hAnsi="Arial" w:cs="Arial"/>
            <w:b/>
            <w:lang w:val="es-ES"/>
          </w:rPr>
          <w:id w:val="-397201506"/>
          <w:placeholder>
            <w:docPart w:val="C65B621E40F74FCE8314CC463D249CB5"/>
          </w:placeholder>
          <w:showingPlcHdr/>
          <w:date w:fullDate="2024-10-03T00:00:00Z">
            <w:dateFormat w:val="dd/MM/yyyy"/>
            <w:lid w:val="es-ES"/>
            <w:storeMappedDataAs w:val="dateTime"/>
            <w:calendar w:val="gregorian"/>
          </w:date>
        </w:sdtPr>
        <w:sdtEndPr/>
        <w:sdtContent>
          <w:r w:rsidRPr="00A34C81">
            <w:rPr>
              <w:rFonts w:ascii="Arial" w:hAnsi="Arial" w:cs="Arial"/>
              <w:lang w:val="es-ES"/>
            </w:rPr>
            <w:t>Haga clic aquí o pulse para escribir una fecha.</w:t>
          </w:r>
        </w:sdtContent>
      </w:sdt>
      <w:r w:rsidRPr="00A34C81">
        <w:rPr>
          <w:rFonts w:ascii="Arial" w:hAnsi="Arial" w:cs="Arial"/>
          <w:lang w:val="es-ES"/>
        </w:rPr>
        <w:t>.</w:t>
      </w:r>
    </w:p>
    <w:p w14:paraId="25885B22" w14:textId="77777777" w:rsidR="00A34C81" w:rsidRPr="00A34C81" w:rsidRDefault="00A34C81" w:rsidP="002A156D">
      <w:pPr>
        <w:jc w:val="both"/>
        <w:rPr>
          <w:rFonts w:ascii="Arial" w:hAnsi="Arial" w:cs="Arial"/>
          <w:b/>
          <w:lang w:val="es-ES"/>
        </w:rPr>
      </w:pPr>
      <w:r w:rsidRPr="00A34C81">
        <w:rPr>
          <w:rFonts w:ascii="Arial" w:hAnsi="Arial" w:cs="Arial"/>
          <w:b/>
          <w:lang w:val="es-ES"/>
        </w:rPr>
        <w:t>SOLICITA</w:t>
      </w:r>
    </w:p>
    <w:p w14:paraId="2139B831" w14:textId="3A1698D4" w:rsidR="00A34C81" w:rsidRPr="00A34C81" w:rsidRDefault="00A34C81" w:rsidP="002A156D">
      <w:pPr>
        <w:jc w:val="both"/>
        <w:rPr>
          <w:rFonts w:ascii="Arial" w:hAnsi="Arial" w:cs="Arial"/>
          <w:lang w:val="es-ES"/>
        </w:rPr>
      </w:pPr>
      <w:r w:rsidRPr="00A34C81">
        <w:rPr>
          <w:rFonts w:ascii="Arial" w:hAnsi="Arial" w:cs="Arial"/>
          <w:lang w:val="es-ES"/>
        </w:rPr>
        <w:t xml:space="preserve">Que debido a los motivos que se detallan a continuación, y ante la imposibilidad para completar la ejecución de las actuaciones en el plazo indicado, </w:t>
      </w:r>
      <w:r w:rsidRPr="00A50553">
        <w:rPr>
          <w:rFonts w:ascii="Arial" w:hAnsi="Arial" w:cs="Arial"/>
          <w:lang w:val="es-ES"/>
        </w:rPr>
        <w:t xml:space="preserve">se requiere, en virtud de lo establecido en el apartado sexto de la RESOLUCIÓN DE LA SECRETARÍA DE ESTADO DE MEDIO AMBIENTE POR LA QUE SE CONCEDE MEDIANTE EL PROCEDIMIENTO DE CONCESIÓN DIRECTA UNA SUBVENCIÓN PREVISTA EN EL REAL DECRETO-LEY 7/2024, DE 11 DE NOVIEMBRE, POR EL QUE SE ADOPTAN MEDIDAS URGENTES PARA EL IMPULSO DEL PLAN DE RESPUESTA INMEDIATA, RECONSTRUCCIÓN Y RELANZAMIENTO FRENTE A LOS DAÑOS CAUSADOS POR LA DEPRESIÓN AISLADA EN NIVELES ALTOS (DANA) EN DIFERENTES MUNICIPIOS ENTRE EL 28 DE OCTUBRE Y EL 4 DE NOVIEMBRE DE 2024, sea concedida una </w:t>
      </w:r>
      <w:r w:rsidRPr="00A50553">
        <w:rPr>
          <w:rFonts w:ascii="Arial" w:hAnsi="Arial" w:cs="Arial"/>
          <w:lang w:val="es-ES"/>
        </w:rPr>
        <w:lastRenderedPageBreak/>
        <w:t xml:space="preserve">ampliación de dicho plazo de ejecución hasta </w:t>
      </w:r>
      <w:proofErr w:type="spellStart"/>
      <w:r w:rsidRPr="00A50553">
        <w:rPr>
          <w:rFonts w:ascii="Arial" w:hAnsi="Arial" w:cs="Arial"/>
          <w:lang w:val="es-ES"/>
        </w:rPr>
        <w:t>el</w:t>
      </w:r>
      <w:proofErr w:type="spellEnd"/>
      <w:r w:rsidRPr="00A50553">
        <w:rPr>
          <w:rFonts w:ascii="Arial" w:hAnsi="Arial" w:cs="Arial"/>
          <w:lang w:val="es-ES"/>
        </w:rPr>
        <w:t xml:space="preserve"> </w:t>
      </w:r>
      <w:sdt>
        <w:sdtPr>
          <w:rPr>
            <w:rFonts w:ascii="Arial" w:hAnsi="Arial" w:cs="Arial"/>
            <w:lang w:val="es-ES"/>
          </w:rPr>
          <w:id w:val="10339250"/>
          <w:placeholder>
            <w:docPart w:val="C65B621E40F74FCE8314CC463D249CB5"/>
          </w:placeholder>
          <w:showingPlcHdr/>
          <w:date>
            <w:dateFormat w:val="dd/MM/yyyy"/>
            <w:lid w:val="es-ES"/>
            <w:storeMappedDataAs w:val="dateTime"/>
            <w:calendar w:val="gregorian"/>
          </w:date>
        </w:sdtPr>
        <w:sdtEndPr/>
        <w:sdtContent>
          <w:r w:rsidRPr="00A50553">
            <w:rPr>
              <w:rFonts w:ascii="Arial" w:hAnsi="Arial" w:cs="Arial"/>
              <w:lang w:val="es-ES"/>
            </w:rPr>
            <w:t>Haga clic aquí o pulse para escribir una fecha.</w:t>
          </w:r>
        </w:sdtContent>
      </w:sdt>
      <w:r w:rsidRPr="00A34C81">
        <w:rPr>
          <w:rFonts w:ascii="Arial" w:hAnsi="Arial" w:cs="Arial"/>
          <w:u w:val="single"/>
          <w:lang w:val="es-ES"/>
        </w:rPr>
        <w:t>.</w:t>
      </w:r>
    </w:p>
    <w:p w14:paraId="3E5BFE67" w14:textId="77777777" w:rsidR="00A34C81" w:rsidRPr="00A34C81" w:rsidRDefault="00A34C81" w:rsidP="002A156D">
      <w:pPr>
        <w:jc w:val="both"/>
        <w:rPr>
          <w:rFonts w:ascii="Arial" w:hAnsi="Arial" w:cs="Arial"/>
          <w:lang w:val="es-ES"/>
        </w:rPr>
      </w:pPr>
      <w:r w:rsidRPr="00A34C81">
        <w:rPr>
          <w:rFonts w:ascii="Arial" w:hAnsi="Arial" w:cs="Arial"/>
          <w:lang w:val="es-ES"/>
        </w:rPr>
        <w:t>Que las razones que motivan la ampliación del plazo son:</w:t>
      </w:r>
    </w:p>
    <w:sdt>
      <w:sdtPr>
        <w:rPr>
          <w:rFonts w:ascii="Arial" w:hAnsi="Arial" w:cs="Arial"/>
          <w:lang w:val="es-ES"/>
        </w:rPr>
        <w:id w:val="-176731786"/>
        <w:placeholder>
          <w:docPart w:val="8F4D24E9CAAC44EF86E3692DD10ED024"/>
        </w:placeholder>
        <w:showingPlcHdr/>
      </w:sdtPr>
      <w:sdtEndPr/>
      <w:sdtContent>
        <w:p w14:paraId="6A3B7DA6" w14:textId="77777777" w:rsidR="00A34C81" w:rsidRPr="00A34C81" w:rsidRDefault="00A34C81" w:rsidP="002A156D">
          <w:pPr>
            <w:jc w:val="both"/>
            <w:rPr>
              <w:rFonts w:ascii="Arial" w:hAnsi="Arial" w:cs="Arial"/>
              <w:lang w:val="es-ES"/>
            </w:rPr>
          </w:pPr>
          <w:r w:rsidRPr="00A34C81">
            <w:rPr>
              <w:rFonts w:ascii="Arial" w:hAnsi="Arial" w:cs="Arial"/>
              <w:lang w:val="es-ES"/>
            </w:rPr>
            <w:t>Haga clic o pulse aquí para escribir texto.</w:t>
          </w:r>
        </w:p>
      </w:sdtContent>
    </w:sdt>
    <w:p w14:paraId="0750270B" w14:textId="77777777" w:rsidR="00A34C81" w:rsidRPr="00A34C81" w:rsidRDefault="00A34C81" w:rsidP="002A156D">
      <w:pPr>
        <w:jc w:val="both"/>
        <w:rPr>
          <w:rFonts w:ascii="Arial" w:hAnsi="Arial" w:cs="Arial"/>
          <w:lang w:val="es-ES"/>
        </w:rPr>
      </w:pPr>
    </w:p>
    <w:p w14:paraId="28F68D64" w14:textId="77777777" w:rsidR="00A34C81" w:rsidRPr="00A34C81" w:rsidRDefault="00A34C81" w:rsidP="002A156D">
      <w:pPr>
        <w:jc w:val="both"/>
        <w:rPr>
          <w:rFonts w:ascii="Arial" w:hAnsi="Arial" w:cs="Arial"/>
          <w:lang w:val="es-ES"/>
        </w:rPr>
      </w:pPr>
      <w:r w:rsidRPr="00A34C81">
        <w:rPr>
          <w:rFonts w:ascii="Arial" w:hAnsi="Arial" w:cs="Arial"/>
          <w:lang w:val="es-ES"/>
        </w:rPr>
        <w:t>Y para que así conste, se firma la presente a fecha de firma electrónica.</w:t>
      </w:r>
    </w:p>
    <w:p w14:paraId="0546249F" w14:textId="118FF191" w:rsidR="00304E91" w:rsidRDefault="00304E91" w:rsidP="002A156D">
      <w:pPr>
        <w:jc w:val="both"/>
        <w:rPr>
          <w:rFonts w:ascii="Arial" w:hAnsi="Arial" w:cs="Arial"/>
          <w:lang w:val="es-ES"/>
        </w:rPr>
      </w:pPr>
    </w:p>
    <w:sectPr w:rsidR="00304E91"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9BC62" w14:textId="77777777" w:rsidR="00063479" w:rsidRDefault="00063479" w:rsidP="00063479">
      <w:pPr>
        <w:spacing w:after="0" w:line="240" w:lineRule="auto"/>
      </w:pPr>
      <w:r>
        <w:separator/>
      </w:r>
    </w:p>
  </w:endnote>
  <w:endnote w:type="continuationSeparator" w:id="0">
    <w:p w14:paraId="3A1604AC" w14:textId="77777777" w:rsidR="00063479" w:rsidRDefault="00063479" w:rsidP="0006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4A199" w14:textId="77777777" w:rsidR="00E97790" w:rsidRDefault="00E977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843E8" w14:textId="77777777" w:rsidR="00E97790" w:rsidRDefault="00E9779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44BEB" w14:textId="77777777" w:rsidR="00E97790" w:rsidRDefault="00E977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2AF4E" w14:textId="77777777" w:rsidR="00063479" w:rsidRDefault="00063479" w:rsidP="00063479">
      <w:pPr>
        <w:spacing w:after="0" w:line="240" w:lineRule="auto"/>
      </w:pPr>
      <w:r>
        <w:separator/>
      </w:r>
    </w:p>
  </w:footnote>
  <w:footnote w:type="continuationSeparator" w:id="0">
    <w:p w14:paraId="6C7232E5" w14:textId="77777777" w:rsidR="00063479" w:rsidRDefault="00063479" w:rsidP="00063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DDCEB" w14:textId="77777777" w:rsidR="00E97790" w:rsidRDefault="00E977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C8222" w14:textId="7EEC7B78" w:rsidR="00A34C81" w:rsidRDefault="00E97790">
    <w:pPr>
      <w:pStyle w:val="Encabezado"/>
    </w:pPr>
    <w:bookmarkStart w:id="0" w:name="_GoBack"/>
    <w:r w:rsidRPr="00F94A4E">
      <w:rPr>
        <w:rFonts w:ascii="Times New Roman"/>
        <w:noProof/>
        <w:lang w:eastAsia="es-ES"/>
      </w:rPr>
      <w:drawing>
        <wp:inline distT="0" distB="0" distL="0" distR="0" wp14:anchorId="5149B5F6" wp14:editId="07C0AF9E">
          <wp:extent cx="5746750" cy="784518"/>
          <wp:effectExtent l="0" t="0" r="6350" b="0"/>
          <wp:docPr id="356347062"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47062" name="Imagen 1" descr="Imagen que contiene Texto&#10;&#10;El contenido generado por IA puede ser incorrecto."/>
                  <pic:cNvPicPr/>
                </pic:nvPicPr>
                <pic:blipFill>
                  <a:blip r:embed="rId1"/>
                  <a:stretch>
                    <a:fillRect/>
                  </a:stretch>
                </pic:blipFill>
                <pic:spPr>
                  <a:xfrm>
                    <a:off x="0" y="0"/>
                    <a:ext cx="5930058" cy="809542"/>
                  </a:xfrm>
                  <a:prstGeom prst="rect">
                    <a:avLst/>
                  </a:prstGeom>
                </pic:spPr>
              </pic:pic>
            </a:graphicData>
          </a:graphic>
        </wp:inline>
      </w:drawing>
    </w:r>
    <w:bookmarkEnd w:id="0"/>
  </w:p>
  <w:p w14:paraId="42E6F3A6" w14:textId="77777777" w:rsidR="00A34C81" w:rsidRDefault="00A34C8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A9A2F" w14:textId="77777777" w:rsidR="00E97790" w:rsidRDefault="00E977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3479"/>
    <w:rsid w:val="0015074B"/>
    <w:rsid w:val="001D2849"/>
    <w:rsid w:val="00255922"/>
    <w:rsid w:val="00270838"/>
    <w:rsid w:val="0029639D"/>
    <w:rsid w:val="00297382"/>
    <w:rsid w:val="002A156D"/>
    <w:rsid w:val="002D664B"/>
    <w:rsid w:val="00304E91"/>
    <w:rsid w:val="00326F90"/>
    <w:rsid w:val="00335DDA"/>
    <w:rsid w:val="004007AB"/>
    <w:rsid w:val="004C20F4"/>
    <w:rsid w:val="00587AC6"/>
    <w:rsid w:val="00707427"/>
    <w:rsid w:val="00730650"/>
    <w:rsid w:val="007E6567"/>
    <w:rsid w:val="007E7B66"/>
    <w:rsid w:val="008D235A"/>
    <w:rsid w:val="00A34C81"/>
    <w:rsid w:val="00A50553"/>
    <w:rsid w:val="00AA1D8D"/>
    <w:rsid w:val="00B47730"/>
    <w:rsid w:val="00BB662C"/>
    <w:rsid w:val="00CB0664"/>
    <w:rsid w:val="00E87392"/>
    <w:rsid w:val="00E977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BA8CF"/>
  <w14:defaultImageDpi w14:val="300"/>
  <w15:docId w15:val="{E264A3C6-FAF4-4A47-AE05-BAFE8D9D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06347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63479"/>
    <w:rPr>
      <w:sz w:val="20"/>
      <w:szCs w:val="20"/>
    </w:rPr>
  </w:style>
  <w:style w:type="character" w:styleId="Refdenotaalpie">
    <w:name w:val="footnote reference"/>
    <w:basedOn w:val="Fuentedeprrafopredeter"/>
    <w:uiPriority w:val="99"/>
    <w:semiHidden/>
    <w:unhideWhenUsed/>
    <w:rsid w:val="000634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4D24E9CAAC44EF86E3692DD10ED024"/>
        <w:category>
          <w:name w:val="General"/>
          <w:gallery w:val="placeholder"/>
        </w:category>
        <w:types>
          <w:type w:val="bbPlcHdr"/>
        </w:types>
        <w:behaviors>
          <w:behavior w:val="content"/>
        </w:behaviors>
        <w:guid w:val="{FC8B3973-6ED0-49AB-B930-23F9025FA6BC}"/>
      </w:docPartPr>
      <w:docPartBody>
        <w:p w:rsidR="00CF1DC6" w:rsidRDefault="00800A68" w:rsidP="00800A68">
          <w:pPr>
            <w:pStyle w:val="8F4D24E9CAAC44EF86E3692DD10ED024"/>
          </w:pPr>
          <w:r w:rsidRPr="000557A1">
            <w:rPr>
              <w:rStyle w:val="Textodelmarcadordeposicin"/>
            </w:rPr>
            <w:t>Haga clic o pulse aquí para escribir texto.</w:t>
          </w:r>
        </w:p>
      </w:docPartBody>
    </w:docPart>
    <w:docPart>
      <w:docPartPr>
        <w:name w:val="C65B621E40F74FCE8314CC463D249CB5"/>
        <w:category>
          <w:name w:val="General"/>
          <w:gallery w:val="placeholder"/>
        </w:category>
        <w:types>
          <w:type w:val="bbPlcHdr"/>
        </w:types>
        <w:behaviors>
          <w:behavior w:val="content"/>
        </w:behaviors>
        <w:guid w:val="{FADFB6D7-40F4-47A5-8FC1-27F80DC0C59D}"/>
      </w:docPartPr>
      <w:docPartBody>
        <w:p w:rsidR="00CF1DC6" w:rsidRDefault="00800A68" w:rsidP="00800A68">
          <w:pPr>
            <w:pStyle w:val="C65B621E40F74FCE8314CC463D249CB5"/>
          </w:pPr>
          <w:r w:rsidRPr="000557A1">
            <w:rPr>
              <w:rStyle w:val="Textodelmarcadordeposicin"/>
            </w:rPr>
            <w:t>Haga clic aquí o pulse para escribir una fecha.</w:t>
          </w:r>
        </w:p>
      </w:docPartBody>
    </w:docPart>
    <w:docPart>
      <w:docPartPr>
        <w:name w:val="5E820700DDAA44E9BDFF7E5F533DF2B9"/>
        <w:category>
          <w:name w:val="General"/>
          <w:gallery w:val="placeholder"/>
        </w:category>
        <w:types>
          <w:type w:val="bbPlcHdr"/>
        </w:types>
        <w:behaviors>
          <w:behavior w:val="content"/>
        </w:behaviors>
        <w:guid w:val="{870F6876-7918-484B-86E7-D898BC2950AD}"/>
      </w:docPartPr>
      <w:docPartBody>
        <w:p w:rsidR="00CF1DC6" w:rsidRDefault="00800A68" w:rsidP="00800A68">
          <w:pPr>
            <w:pStyle w:val="5E820700DDAA44E9BDFF7E5F533DF2B9"/>
          </w:pPr>
          <w:r w:rsidRPr="000557A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A68"/>
    <w:rsid w:val="00800A68"/>
    <w:rsid w:val="00CF1D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00A68"/>
    <w:rPr>
      <w:color w:val="808080"/>
    </w:rPr>
  </w:style>
  <w:style w:type="paragraph" w:customStyle="1" w:styleId="B8145E0417F14ED9B7B4765D59C3EC53">
    <w:name w:val="B8145E0417F14ED9B7B4765D59C3EC53"/>
    <w:rsid w:val="00800A68"/>
  </w:style>
  <w:style w:type="paragraph" w:customStyle="1" w:styleId="4BB8CF5A28B6442A9A8EAB0F353A616F">
    <w:name w:val="4BB8CF5A28B6442A9A8EAB0F353A616F"/>
    <w:rsid w:val="00800A68"/>
  </w:style>
  <w:style w:type="paragraph" w:customStyle="1" w:styleId="8F4D24E9CAAC44EF86E3692DD10ED024">
    <w:name w:val="8F4D24E9CAAC44EF86E3692DD10ED024"/>
    <w:rsid w:val="00800A68"/>
  </w:style>
  <w:style w:type="paragraph" w:customStyle="1" w:styleId="C65B621E40F74FCE8314CC463D249CB5">
    <w:name w:val="C65B621E40F74FCE8314CC463D249CB5"/>
    <w:rsid w:val="00800A68"/>
  </w:style>
  <w:style w:type="paragraph" w:customStyle="1" w:styleId="5E820700DDAA44E9BDFF7E5F533DF2B9">
    <w:name w:val="5E820700DDAA44E9BDFF7E5F533DF2B9"/>
    <w:rsid w:val="00800A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A166F7DA9E85941A6122D1C88066D52" ma:contentTypeVersion="12" ma:contentTypeDescription="Crear nuevo documento." ma:contentTypeScope="" ma:versionID="b615f055059bc3a4040b2d35ffc36adb">
  <xsd:schema xmlns:xsd="http://www.w3.org/2001/XMLSchema" xmlns:xs="http://www.w3.org/2001/XMLSchema" xmlns:p="http://schemas.microsoft.com/office/2006/metadata/properties" xmlns:ns2="4f53111d-8207-443f-ae36-900282d48b4e" xmlns:ns3="d411c313-6874-47c8-899c-ceecd0923fd0" targetNamespace="http://schemas.microsoft.com/office/2006/metadata/properties" ma:root="true" ma:fieldsID="8472012c7303aeb061150e4351c458e5" ns2:_="" ns3:_="">
    <xsd:import namespace="4f53111d-8207-443f-ae36-900282d48b4e"/>
    <xsd:import namespace="d411c313-6874-47c8-899c-ceecd0923fd0"/>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3111d-8207-443f-ae36-900282d48b4e"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a205269-1969-41d6-8661-31edbc50e23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11c313-6874-47c8-899c-ceecd0923f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192ec6-779c-4730-bf11-b4c4974f9d62}" ma:internalName="TaxCatchAll" ma:showField="CatchAllData" ma:web="d411c313-6874-47c8-899c-ceecd0923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53111d-8207-443f-ae36-900282d48b4e">
      <Terms xmlns="http://schemas.microsoft.com/office/infopath/2007/PartnerControls"/>
    </lcf76f155ced4ddcb4097134ff3c332f>
    <TaxCatchAll xmlns="d411c313-6874-47c8-899c-ceecd0923fd0" xsi:nil="true"/>
  </documentManagement>
</p:properties>
</file>

<file path=customXml/itemProps1.xml><?xml version="1.0" encoding="utf-8"?>
<ds:datastoreItem xmlns:ds="http://schemas.openxmlformats.org/officeDocument/2006/customXml" ds:itemID="{77DA722D-1EE6-4278-88F2-ABA30F4AE58D}">
  <ds:schemaRefs>
    <ds:schemaRef ds:uri="http://schemas.openxmlformats.org/officeDocument/2006/bibliography"/>
  </ds:schemaRefs>
</ds:datastoreItem>
</file>

<file path=customXml/itemProps2.xml><?xml version="1.0" encoding="utf-8"?>
<ds:datastoreItem xmlns:ds="http://schemas.openxmlformats.org/officeDocument/2006/customXml" ds:itemID="{EFD2AB92-8C22-471E-9A19-7E916177F840}"/>
</file>

<file path=customXml/itemProps3.xml><?xml version="1.0" encoding="utf-8"?>
<ds:datastoreItem xmlns:ds="http://schemas.openxmlformats.org/officeDocument/2006/customXml" ds:itemID="{9B010A25-0DFE-45F5-99F4-D94856B77F1E}"/>
</file>

<file path=customXml/itemProps4.xml><?xml version="1.0" encoding="utf-8"?>
<ds:datastoreItem xmlns:ds="http://schemas.openxmlformats.org/officeDocument/2006/customXml" ds:itemID="{6B5895E8-15EC-4082-93D5-DC60C7D455CD}"/>
</file>

<file path=docProps/app.xml><?xml version="1.0" encoding="utf-8"?>
<Properties xmlns="http://schemas.openxmlformats.org/officeDocument/2006/extended-properties" xmlns:vt="http://schemas.openxmlformats.org/officeDocument/2006/docPropsVTypes">
  <Template>Normal</Template>
  <TotalTime>15</TotalTime>
  <Pages>2</Pages>
  <Words>315</Words>
  <Characters>1738</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Ruiz Perez, Guiomar</cp:lastModifiedBy>
  <cp:revision>6</cp:revision>
  <dcterms:created xsi:type="dcterms:W3CDTF">2025-10-29T12:43:00Z</dcterms:created>
  <dcterms:modified xsi:type="dcterms:W3CDTF">2025-11-14T07:58:00Z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0x0101004A166F7DA9E85941A6122D1C88066D52</vt:lpwstr>
  </property>
</Properties>
</file>