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30A70" w14:textId="41EAF5A6" w:rsidR="00A34C81" w:rsidRPr="00A34C81" w:rsidRDefault="00A34C81" w:rsidP="00A34C81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ANEXO </w:t>
      </w:r>
      <w:r w:rsidR="00816456">
        <w:rPr>
          <w:rFonts w:ascii="Arial" w:hAnsi="Arial" w:cs="Arial"/>
          <w:b/>
          <w:lang w:val="es-ES"/>
        </w:rPr>
        <w:t>8</w:t>
      </w:r>
      <w:r>
        <w:rPr>
          <w:rFonts w:ascii="Arial" w:hAnsi="Arial" w:cs="Arial"/>
          <w:b/>
          <w:lang w:val="es-ES"/>
        </w:rPr>
        <w:t xml:space="preserve"> - </w:t>
      </w:r>
      <w:r w:rsidRPr="00A34C81">
        <w:rPr>
          <w:rFonts w:ascii="Arial" w:hAnsi="Arial" w:cs="Arial"/>
          <w:b/>
          <w:lang w:val="es-ES"/>
        </w:rPr>
        <w:t xml:space="preserve">SOLICITUD DE </w:t>
      </w:r>
      <w:r w:rsidR="00171F5A">
        <w:rPr>
          <w:rFonts w:ascii="Arial" w:hAnsi="Arial" w:cs="Arial"/>
          <w:b/>
          <w:lang w:val="es-ES"/>
        </w:rPr>
        <w:t xml:space="preserve">AUTORIZACIÓN DE </w:t>
      </w:r>
      <w:r w:rsidR="00816456">
        <w:rPr>
          <w:rFonts w:ascii="Arial" w:hAnsi="Arial" w:cs="Arial"/>
          <w:b/>
          <w:lang w:val="es-ES"/>
        </w:rPr>
        <w:t>CONTRATACIÓN CON ENTIDAD VINCULADA</w:t>
      </w:r>
    </w:p>
    <w:p w14:paraId="73243E74" w14:textId="77777777" w:rsidR="00A34C81" w:rsidRPr="00A34C81" w:rsidRDefault="00A34C81" w:rsidP="00A34C81">
      <w:pPr>
        <w:rPr>
          <w:rFonts w:ascii="Arial" w:hAnsi="Arial" w:cs="Arial"/>
          <w:b/>
          <w:lang w:val="es-ES"/>
        </w:rPr>
      </w:pPr>
    </w:p>
    <w:p w14:paraId="507CEB31" w14:textId="77777777" w:rsidR="00A34C81" w:rsidRPr="00A34C81" w:rsidRDefault="00A34C81" w:rsidP="00A34C81">
      <w:pPr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 xml:space="preserve">Nº EXPEDIENTE:  </w:t>
      </w:r>
      <w:sdt>
        <w:sdtPr>
          <w:rPr>
            <w:rFonts w:ascii="Arial" w:hAnsi="Arial" w:cs="Arial"/>
            <w:lang w:val="es-ES"/>
          </w:rPr>
          <w:id w:val="-27742297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635784CD" w14:textId="77777777" w:rsidR="00A34C81" w:rsidRPr="00A34C81" w:rsidRDefault="00A34C81" w:rsidP="00A34C81">
      <w:pPr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>NOMBRE DEL PROYECTO: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532694730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361DC399" w14:textId="5DF7F552" w:rsidR="00A34C81" w:rsidRPr="00A34C81" w:rsidRDefault="00A34C81" w:rsidP="00A34C81">
      <w:pPr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MUNICIPIO/INFRAESTRUCTURA SUPRAMUNICIPAL: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6028344"/>
          <w:placeholder>
            <w:docPart w:val="5E820700DDAA44E9BDFF7E5F533DF2B9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2F8E89AF" w14:textId="77777777" w:rsidR="00A34C81" w:rsidRPr="00A34C81" w:rsidRDefault="00A34C81" w:rsidP="00A34C81">
      <w:pPr>
        <w:rPr>
          <w:rFonts w:ascii="Arial" w:hAnsi="Arial" w:cs="Arial"/>
          <w:lang w:val="es-ES"/>
        </w:rPr>
      </w:pPr>
    </w:p>
    <w:p w14:paraId="0A44D6EB" w14:textId="77777777" w:rsidR="00A34C81" w:rsidRPr="00A34C81" w:rsidRDefault="00A34C81" w:rsidP="00BC3219">
      <w:pPr>
        <w:jc w:val="both"/>
        <w:rPr>
          <w:rFonts w:ascii="Arial" w:hAnsi="Arial" w:cs="Arial"/>
          <w:lang w:val="es-ES"/>
        </w:rPr>
      </w:pPr>
      <w:bookmarkStart w:id="0" w:name="_GoBack"/>
      <w:r w:rsidRPr="00A34C81">
        <w:rPr>
          <w:rFonts w:ascii="Arial" w:hAnsi="Arial" w:cs="Arial"/>
          <w:lang w:val="es-ES"/>
        </w:rPr>
        <w:t>D./Dª</w:t>
      </w:r>
      <w:r w:rsidRPr="00A34C81">
        <w:rPr>
          <w:rFonts w:ascii="Arial" w:hAnsi="Arial" w:cs="Arial"/>
          <w:bCs/>
          <w:lang w:val="es-ES"/>
        </w:rPr>
        <w:t xml:space="preserve">. </w:t>
      </w:r>
      <w:sdt>
        <w:sdtPr>
          <w:rPr>
            <w:rFonts w:ascii="Arial" w:hAnsi="Arial" w:cs="Arial"/>
            <w:bCs/>
            <w:lang w:val="es-ES"/>
          </w:rPr>
          <w:id w:val="315000011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 con DNI </w:t>
      </w:r>
      <w:sdt>
        <w:sdtPr>
          <w:rPr>
            <w:rFonts w:ascii="Arial" w:hAnsi="Arial" w:cs="Arial"/>
            <w:lang w:val="es-ES"/>
          </w:rPr>
          <w:id w:val="-1078748058"/>
          <w:placeholder>
            <w:docPart w:val="8F4D24E9CAAC44EF86E3692DD10ED024"/>
          </w:placeholder>
          <w:showingPlcHdr/>
        </w:sdtPr>
        <w:sdtEndPr/>
        <w:sdtContent>
          <w:r w:rsidRPr="00A34C81"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 en representación de la entidad </w:t>
      </w:r>
      <w:sdt>
        <w:sdtPr>
          <w:rPr>
            <w:rFonts w:ascii="Arial" w:hAnsi="Arial" w:cs="Arial"/>
            <w:lang w:val="es-ES"/>
          </w:rPr>
          <w:id w:val="136124929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 con NIF </w:t>
      </w:r>
      <w:sdt>
        <w:sdtPr>
          <w:rPr>
            <w:rFonts w:ascii="Arial" w:hAnsi="Arial" w:cs="Arial"/>
            <w:lang w:val="es-ES"/>
          </w:rPr>
          <w:id w:val="641923115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A34C81">
        <w:rPr>
          <w:rFonts w:ascii="Arial" w:hAnsi="Arial" w:cs="Arial"/>
          <w:lang w:val="es-ES"/>
        </w:rPr>
        <w:t xml:space="preserve">, </w:t>
      </w:r>
    </w:p>
    <w:p w14:paraId="0DF5AEC5" w14:textId="77777777" w:rsidR="00A34C81" w:rsidRPr="00A34C81" w:rsidRDefault="00A34C81" w:rsidP="00BC3219">
      <w:pPr>
        <w:jc w:val="both"/>
        <w:rPr>
          <w:rFonts w:ascii="Arial" w:hAnsi="Arial" w:cs="Arial"/>
          <w:lang w:val="es-ES"/>
        </w:rPr>
      </w:pPr>
    </w:p>
    <w:p w14:paraId="253E744A" w14:textId="77777777" w:rsidR="00A34C81" w:rsidRPr="00A34C81" w:rsidRDefault="00A34C81" w:rsidP="00BC3219">
      <w:pPr>
        <w:jc w:val="both"/>
        <w:rPr>
          <w:rFonts w:ascii="Arial" w:hAnsi="Arial" w:cs="Arial"/>
          <w:b/>
          <w:lang w:val="es-ES"/>
        </w:rPr>
      </w:pPr>
      <w:r w:rsidRPr="00A34C81">
        <w:rPr>
          <w:rFonts w:ascii="Arial" w:hAnsi="Arial" w:cs="Arial"/>
          <w:b/>
          <w:lang w:val="es-ES"/>
        </w:rPr>
        <w:t>DECLARA</w:t>
      </w:r>
    </w:p>
    <w:p w14:paraId="634ACFDB" w14:textId="64F439C2" w:rsidR="00A34C81" w:rsidRPr="00A34C81" w:rsidRDefault="00A34C81" w:rsidP="00BC3219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 xml:space="preserve">Que la entidad a la que represento ha resultado beneficiaria de </w:t>
      </w:r>
      <w:r>
        <w:rPr>
          <w:rFonts w:ascii="Arial" w:hAnsi="Arial" w:cs="Arial"/>
          <w:lang w:val="es-ES"/>
        </w:rPr>
        <w:t xml:space="preserve">la </w:t>
      </w:r>
      <w:r w:rsidRPr="00A34C81">
        <w:rPr>
          <w:rFonts w:ascii="Arial" w:hAnsi="Arial" w:cs="Arial"/>
          <w:lang w:val="es-ES"/>
        </w:rPr>
        <w:t>SUBVENCIÓN PREVISTA EN EL REAL DECRETO-LEY 7/2024, DE 11 DE NOVIEMBRE, POR EL QUE SE ADOPTAN MEDIDAS URGENTES PARA EL IMPULSO DEL PLAN DE RESPUESTA INMEDIATA, RECONSTRUCCIÓN Y RELANZAMIENTO FRENTE A LOS DAÑOS CAUSADOS POR LA DEPRESIÓN AISLADA EN NIVELES ALTOS (DANA) EN DIFERENTES MUNICIPIOS ENTRE EL 28 DE OCTUBRE Y EL 4 DE NOVIEMBRE DE 2024.</w:t>
      </w:r>
    </w:p>
    <w:p w14:paraId="65D54782" w14:textId="77777777" w:rsidR="00A34C81" w:rsidRPr="00A34C81" w:rsidRDefault="00A34C81" w:rsidP="00BC3219">
      <w:pPr>
        <w:jc w:val="both"/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lang w:val="es-ES"/>
        </w:rPr>
        <w:t xml:space="preserve">Que la fecha de finalización aprobada para la ejecución de las actuaciones es el </w:t>
      </w:r>
      <w:sdt>
        <w:sdtPr>
          <w:rPr>
            <w:rFonts w:ascii="Arial" w:hAnsi="Arial" w:cs="Arial"/>
            <w:b/>
            <w:lang w:val="es-ES"/>
          </w:rPr>
          <w:id w:val="-397201506"/>
          <w:placeholder>
            <w:docPart w:val="C65B621E40F74FCE8314CC463D249CB5"/>
          </w:placeholder>
          <w:showingPlcHdr/>
          <w:date w:fullDate="2024-10-03T00:00:00Z"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aquí o pulse para escribir una fecha.</w:t>
          </w:r>
        </w:sdtContent>
      </w:sdt>
      <w:r w:rsidRPr="00A34C81">
        <w:rPr>
          <w:rFonts w:ascii="Arial" w:hAnsi="Arial" w:cs="Arial"/>
          <w:lang w:val="es-ES"/>
        </w:rPr>
        <w:t>.</w:t>
      </w:r>
    </w:p>
    <w:p w14:paraId="25885B22" w14:textId="77777777" w:rsidR="00A34C81" w:rsidRPr="00A34C81" w:rsidRDefault="00A34C81" w:rsidP="00BC3219">
      <w:pPr>
        <w:jc w:val="both"/>
        <w:rPr>
          <w:rFonts w:ascii="Arial" w:hAnsi="Arial" w:cs="Arial"/>
          <w:b/>
          <w:lang w:val="es-ES"/>
        </w:rPr>
      </w:pPr>
      <w:r w:rsidRPr="00A34C81">
        <w:rPr>
          <w:rFonts w:ascii="Arial" w:hAnsi="Arial" w:cs="Arial"/>
          <w:b/>
          <w:lang w:val="es-ES"/>
        </w:rPr>
        <w:t>SOLICITA</w:t>
      </w:r>
    </w:p>
    <w:p w14:paraId="0267ECE2" w14:textId="2E20DD9D" w:rsidR="00171F5A" w:rsidRPr="00171F5A" w:rsidRDefault="00171F5A" w:rsidP="00BC3219">
      <w:p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 xml:space="preserve">A la Secretaría de Estado de Medio Ambiente del Ministerio para la Transición Ecológica y el Reto Demográfico de acuerdo con </w:t>
      </w:r>
      <w:r>
        <w:rPr>
          <w:rFonts w:ascii="Arial" w:hAnsi="Arial" w:cs="Arial"/>
          <w:lang w:val="es-ES"/>
        </w:rPr>
        <w:t xml:space="preserve">apartado séptimo de la </w:t>
      </w:r>
      <w:r w:rsidRPr="00171F5A">
        <w:rPr>
          <w:rFonts w:ascii="Arial" w:hAnsi="Arial" w:cs="Arial"/>
          <w:lang w:val="es-ES"/>
        </w:rPr>
        <w:t>RESOLUCIÓN DE LA SECRETARÍA DE ESTADO DE MEDIO AMBIENTE POR LA QUE SE CONCEDE MEDIANTE EL PROCEDIMIENTO DE CONCESIÓN DIRECTA UNA SUBVENCIÓN PREVISTA EN EL REAL DECRETO-LEY 7/2024, DE 11 DE NOVIEMBRE, POR EL QUE SE ADOPTAN MEDIDAS URGENTES PARA EL IMPULSO DEL PLAN DE RESPUESTA INMEDIATA, RECONSTRUCCIÓN Y RELANZAMIENTO FRENTE A LOS DAÑOS CAUSADOS POR LA DEPRESIÓN AISLADA EN NIVELES ALTOS (DANA) EN DIFERENTES MUNICIPIOS ENTRE EL 28 DE OCTU</w:t>
      </w:r>
      <w:r>
        <w:rPr>
          <w:rFonts w:ascii="Arial" w:hAnsi="Arial" w:cs="Arial"/>
          <w:lang w:val="es-ES"/>
        </w:rPr>
        <w:t xml:space="preserve">BRE Y EL 4 DE NOVIEMBRE DE </w:t>
      </w:r>
      <w:r>
        <w:rPr>
          <w:rFonts w:ascii="Arial" w:hAnsi="Arial" w:cs="Arial"/>
          <w:lang w:val="es-ES"/>
        </w:rPr>
        <w:lastRenderedPageBreak/>
        <w:t>2024</w:t>
      </w:r>
      <w:r w:rsidRPr="00171F5A">
        <w:rPr>
          <w:rFonts w:ascii="Arial" w:hAnsi="Arial" w:cs="Arial"/>
          <w:lang w:val="es-ES"/>
        </w:rPr>
        <w:t xml:space="preserve"> y al artículo 29</w:t>
      </w:r>
      <w:r w:rsidR="00CC2A4F">
        <w:rPr>
          <w:rFonts w:ascii="Arial" w:hAnsi="Arial" w:cs="Arial"/>
          <w:lang w:val="es-ES"/>
        </w:rPr>
        <w:t>.7.d)</w:t>
      </w:r>
      <w:r w:rsidRPr="00171F5A">
        <w:rPr>
          <w:rFonts w:ascii="Arial" w:hAnsi="Arial" w:cs="Arial"/>
          <w:lang w:val="es-ES"/>
        </w:rPr>
        <w:t xml:space="preserve"> de la Ley 38/2003 General de Subvenciones, autorice la subcontratación cuyos datos a continuación se relacionan:</w:t>
      </w:r>
    </w:p>
    <w:p w14:paraId="11BAB6FD" w14:textId="77777777" w:rsidR="00CC2A4F" w:rsidRPr="00CC2A4F" w:rsidRDefault="00CC2A4F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CC2A4F">
        <w:rPr>
          <w:rFonts w:ascii="Arial" w:hAnsi="Arial" w:cs="Arial"/>
          <w:lang w:val="es-ES"/>
        </w:rPr>
        <w:t>Indicación de si se trata de una contratación o subcontratación.</w:t>
      </w:r>
    </w:p>
    <w:p w14:paraId="430AD071" w14:textId="77777777" w:rsidR="00CC2A4F" w:rsidRPr="00CC2A4F" w:rsidRDefault="00CC2A4F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CC2A4F">
        <w:rPr>
          <w:rFonts w:ascii="Arial" w:hAnsi="Arial" w:cs="Arial"/>
          <w:lang w:val="es-ES"/>
        </w:rPr>
        <w:t xml:space="preserve">Nombre o Razón social del contratista/subcontratista. </w:t>
      </w:r>
    </w:p>
    <w:p w14:paraId="10EB524D" w14:textId="77777777" w:rsidR="00CC2A4F" w:rsidRPr="00CC2A4F" w:rsidRDefault="00CC2A4F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CC2A4F">
        <w:rPr>
          <w:rFonts w:ascii="Arial" w:hAnsi="Arial" w:cs="Arial"/>
          <w:lang w:val="es-ES"/>
        </w:rPr>
        <w:t>NIF del contratista/subcontratista.</w:t>
      </w:r>
    </w:p>
    <w:p w14:paraId="67F7531F" w14:textId="2447FE4E" w:rsidR="00171F5A" w:rsidRPr="00171F5A" w:rsidRDefault="00171F5A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Referencia de la actuación en la memoria aprobada.</w:t>
      </w:r>
    </w:p>
    <w:p w14:paraId="163CAEDF" w14:textId="77777777" w:rsidR="00171F5A" w:rsidRPr="00171F5A" w:rsidRDefault="00171F5A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Descripción del servicio/bien subcontratado.</w:t>
      </w:r>
    </w:p>
    <w:p w14:paraId="310D6CFE" w14:textId="77777777" w:rsidR="00171F5A" w:rsidRPr="00171F5A" w:rsidRDefault="00171F5A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Importe del valor estimado del contrato (importe que incluye posibles prórrogas) + el importe del IVA elegible.</w:t>
      </w:r>
    </w:p>
    <w:p w14:paraId="6B1B06CA" w14:textId="77777777" w:rsidR="00171F5A" w:rsidRPr="00171F5A" w:rsidRDefault="00171F5A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Justificación de la necesidad de la subcontratación.</w:t>
      </w:r>
    </w:p>
    <w:p w14:paraId="06E06E45" w14:textId="58474DAB" w:rsidR="00171F5A" w:rsidRPr="00171F5A" w:rsidRDefault="00171F5A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Procedimiento de contratación a utilizar: indicar si es un procedimiento menor, o es de aplicación la LCSP</w:t>
      </w:r>
      <w:r w:rsidR="00CC2A4F">
        <w:rPr>
          <w:rFonts w:ascii="Arial" w:hAnsi="Arial" w:cs="Arial"/>
          <w:lang w:val="es-ES"/>
        </w:rPr>
        <w:t>, número de ofertas recibidas</w:t>
      </w:r>
      <w:r w:rsidRPr="00171F5A">
        <w:rPr>
          <w:rFonts w:ascii="Arial" w:hAnsi="Arial" w:cs="Arial"/>
          <w:lang w:val="es-ES"/>
        </w:rPr>
        <w:t>.</w:t>
      </w:r>
    </w:p>
    <w:p w14:paraId="437D96DF" w14:textId="7BAB25CE" w:rsidR="00CC2A4F" w:rsidRPr="00CC2A4F" w:rsidRDefault="00CC2A4F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CC2A4F">
        <w:rPr>
          <w:rFonts w:ascii="Arial" w:hAnsi="Arial" w:cs="Arial"/>
          <w:lang w:val="es-ES"/>
        </w:rPr>
        <w:t>Tipo de vinculación del beneficiario con la entidad adjudicataria de acuerdo al artículo 68 del RD 887/2006.</w:t>
      </w:r>
    </w:p>
    <w:p w14:paraId="4411B836" w14:textId="77777777" w:rsidR="00CC2A4F" w:rsidRPr="00CC2A4F" w:rsidRDefault="00CC2A4F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CC2A4F">
        <w:rPr>
          <w:rFonts w:ascii="Arial" w:hAnsi="Arial" w:cs="Arial"/>
          <w:lang w:val="es-ES"/>
        </w:rPr>
        <w:t>Identificación de las personas o entidades vinculadas.</w:t>
      </w:r>
    </w:p>
    <w:p w14:paraId="76D4C93A" w14:textId="77777777" w:rsidR="00CC2A4F" w:rsidRPr="00CC2A4F" w:rsidRDefault="00CC2A4F" w:rsidP="00BC3219">
      <w:pPr>
        <w:numPr>
          <w:ilvl w:val="0"/>
          <w:numId w:val="10"/>
        </w:numPr>
        <w:jc w:val="both"/>
        <w:rPr>
          <w:rFonts w:ascii="Arial" w:hAnsi="Arial" w:cs="Arial"/>
          <w:lang w:val="es-ES"/>
        </w:rPr>
      </w:pPr>
      <w:r w:rsidRPr="00CC2A4F">
        <w:rPr>
          <w:rFonts w:ascii="Arial" w:hAnsi="Arial" w:cs="Arial"/>
          <w:lang w:val="es-ES"/>
        </w:rPr>
        <w:t>Medidas tomadas para eliminar el conflicto de interés entre el beneficiario y el contratista.</w:t>
      </w:r>
    </w:p>
    <w:p w14:paraId="033E0AB5" w14:textId="3AB4C1DA" w:rsidR="00171F5A" w:rsidRPr="00171F5A" w:rsidRDefault="00171F5A" w:rsidP="00BC3219">
      <w:pPr>
        <w:ind w:left="360"/>
        <w:jc w:val="both"/>
        <w:rPr>
          <w:rFonts w:ascii="Arial" w:hAnsi="Arial" w:cs="Arial"/>
          <w:lang w:val="es-ES"/>
        </w:rPr>
      </w:pPr>
    </w:p>
    <w:p w14:paraId="7E2D644B" w14:textId="77777777" w:rsidR="00171F5A" w:rsidRPr="00171F5A" w:rsidRDefault="00171F5A" w:rsidP="00BC3219">
      <w:p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Se aportará como anexo a la presente declaración, la documentación que acredite la información facilitada, incluyendo la documentación correspondiente al procedimiento de contratación realizado.</w:t>
      </w:r>
    </w:p>
    <w:p w14:paraId="3AEDC2FD" w14:textId="77777777" w:rsidR="00171F5A" w:rsidRPr="00171F5A" w:rsidRDefault="00171F5A" w:rsidP="00BC3219">
      <w:pPr>
        <w:jc w:val="both"/>
        <w:rPr>
          <w:rFonts w:ascii="Arial" w:hAnsi="Arial" w:cs="Arial"/>
          <w:lang w:val="es-ES"/>
        </w:rPr>
      </w:pPr>
    </w:p>
    <w:p w14:paraId="28F68D64" w14:textId="7C58F203" w:rsidR="00A34C81" w:rsidRPr="00A34C81" w:rsidRDefault="00171F5A" w:rsidP="00BC3219">
      <w:pPr>
        <w:jc w:val="both"/>
        <w:rPr>
          <w:rFonts w:ascii="Arial" w:hAnsi="Arial" w:cs="Arial"/>
          <w:lang w:val="es-ES"/>
        </w:rPr>
      </w:pPr>
      <w:r w:rsidRPr="00171F5A">
        <w:rPr>
          <w:rFonts w:ascii="Arial" w:hAnsi="Arial" w:cs="Arial"/>
          <w:lang w:val="es-ES"/>
        </w:rPr>
        <w:t>Y para que así conste, se firma la presente a fecha de firm</w:t>
      </w:r>
      <w:r>
        <w:rPr>
          <w:rFonts w:ascii="Arial" w:hAnsi="Arial" w:cs="Arial"/>
          <w:lang w:val="es-ES"/>
        </w:rPr>
        <w:t>a electrónica</w:t>
      </w:r>
      <w:r w:rsidR="00A34C81" w:rsidRPr="00A34C81">
        <w:rPr>
          <w:rFonts w:ascii="Arial" w:hAnsi="Arial" w:cs="Arial"/>
          <w:lang w:val="es-ES"/>
        </w:rPr>
        <w:t>.</w:t>
      </w:r>
    </w:p>
    <w:bookmarkEnd w:id="0"/>
    <w:p w14:paraId="0546249F" w14:textId="118FF191" w:rsidR="00304E91" w:rsidRDefault="00304E91" w:rsidP="00BC3219">
      <w:pPr>
        <w:jc w:val="both"/>
        <w:rPr>
          <w:rFonts w:ascii="Arial" w:hAnsi="Arial" w:cs="Arial"/>
          <w:lang w:val="es-ES"/>
        </w:rPr>
      </w:pPr>
    </w:p>
    <w:sectPr w:rsidR="00304E9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9BC62" w14:textId="77777777" w:rsidR="00063479" w:rsidRDefault="00063479" w:rsidP="00063479">
      <w:pPr>
        <w:spacing w:after="0" w:line="240" w:lineRule="auto"/>
      </w:pPr>
      <w:r>
        <w:separator/>
      </w:r>
    </w:p>
  </w:endnote>
  <w:endnote w:type="continuationSeparator" w:id="0">
    <w:p w14:paraId="3A1604AC" w14:textId="77777777" w:rsidR="00063479" w:rsidRDefault="00063479" w:rsidP="000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2AF4E" w14:textId="77777777" w:rsidR="00063479" w:rsidRDefault="00063479" w:rsidP="00063479">
      <w:pPr>
        <w:spacing w:after="0" w:line="240" w:lineRule="auto"/>
      </w:pPr>
      <w:r>
        <w:separator/>
      </w:r>
    </w:p>
  </w:footnote>
  <w:footnote w:type="continuationSeparator" w:id="0">
    <w:p w14:paraId="6C7232E5" w14:textId="77777777" w:rsidR="00063479" w:rsidRDefault="00063479" w:rsidP="0006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C8222" w14:textId="5BABA8F6" w:rsidR="00A34C81" w:rsidRDefault="00BC3219">
    <w:pPr>
      <w:pStyle w:val="Encabezado"/>
    </w:pPr>
    <w:r>
      <w:rPr>
        <w:noProof/>
        <w:lang w:val="es-ES" w:eastAsia="es-ES"/>
      </w:rPr>
      <w:drawing>
        <wp:inline distT="0" distB="0" distL="0" distR="0" wp14:anchorId="637DC1C0" wp14:editId="4C685683">
          <wp:extent cx="5486400" cy="748665"/>
          <wp:effectExtent l="0" t="0" r="0" b="0"/>
          <wp:docPr id="356347062" name="Imagen 1" descr="Imagen que contiene 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347062" name="Imagen 1" descr="Imagen que contiene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E6F3A6" w14:textId="77777777" w:rsidR="00A34C81" w:rsidRDefault="00A34C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2B6705"/>
    <w:multiLevelType w:val="hybridMultilevel"/>
    <w:tmpl w:val="BB4A96AC"/>
    <w:lvl w:ilvl="0" w:tplc="54E08AE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479"/>
    <w:rsid w:val="0015074B"/>
    <w:rsid w:val="00171F5A"/>
    <w:rsid w:val="001D2849"/>
    <w:rsid w:val="00255922"/>
    <w:rsid w:val="00270838"/>
    <w:rsid w:val="0029639D"/>
    <w:rsid w:val="00297382"/>
    <w:rsid w:val="002D664B"/>
    <w:rsid w:val="00304E91"/>
    <w:rsid w:val="00326F90"/>
    <w:rsid w:val="00335DDA"/>
    <w:rsid w:val="004007AB"/>
    <w:rsid w:val="004C20F4"/>
    <w:rsid w:val="00587AC6"/>
    <w:rsid w:val="00707427"/>
    <w:rsid w:val="00730650"/>
    <w:rsid w:val="007E6567"/>
    <w:rsid w:val="007E7B66"/>
    <w:rsid w:val="00816456"/>
    <w:rsid w:val="008D235A"/>
    <w:rsid w:val="00A34C81"/>
    <w:rsid w:val="00AA1D8D"/>
    <w:rsid w:val="00B47730"/>
    <w:rsid w:val="00BB662C"/>
    <w:rsid w:val="00BC3219"/>
    <w:rsid w:val="00CB0664"/>
    <w:rsid w:val="00CC2A4F"/>
    <w:rsid w:val="00E87392"/>
    <w:rsid w:val="00FA7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BA8CF"/>
  <w14:defaultImageDpi w14:val="300"/>
  <w15:docId w15:val="{E264A3C6-FAF4-4A47-AE05-BAFE8D9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06347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34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34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4D24E9CAAC44EF86E3692DD10ED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B3973-6ED0-49AB-B930-23F9025FA6BC}"/>
      </w:docPartPr>
      <w:docPartBody>
        <w:p w:rsidR="00826979" w:rsidRDefault="00800A68" w:rsidP="00800A68">
          <w:pPr>
            <w:pStyle w:val="8F4D24E9CAAC44EF86E3692DD10ED024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65B621E40F74FCE8314CC463D249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FB6D7-40F4-47A5-8FC1-27F80DC0C59D}"/>
      </w:docPartPr>
      <w:docPartBody>
        <w:p w:rsidR="00826979" w:rsidRDefault="00800A68" w:rsidP="00800A68">
          <w:pPr>
            <w:pStyle w:val="C65B621E40F74FCE8314CC463D249CB5"/>
          </w:pPr>
          <w:r w:rsidRPr="000557A1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5E820700DDAA44E9BDFF7E5F533DF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876-7918-484B-86E7-D898BC2950AD}"/>
      </w:docPartPr>
      <w:docPartBody>
        <w:p w:rsidR="00826979" w:rsidRDefault="00800A68" w:rsidP="00800A68">
          <w:pPr>
            <w:pStyle w:val="5E820700DDAA44E9BDFF7E5F533DF2B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68"/>
    <w:rsid w:val="00800A68"/>
    <w:rsid w:val="00826979"/>
    <w:rsid w:val="00D8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26979"/>
    <w:rPr>
      <w:color w:val="808080"/>
    </w:rPr>
  </w:style>
  <w:style w:type="paragraph" w:customStyle="1" w:styleId="B8145E0417F14ED9B7B4765D59C3EC53">
    <w:name w:val="B8145E0417F14ED9B7B4765D59C3EC53"/>
    <w:rsid w:val="00800A68"/>
  </w:style>
  <w:style w:type="paragraph" w:customStyle="1" w:styleId="4BB8CF5A28B6442A9A8EAB0F353A616F">
    <w:name w:val="4BB8CF5A28B6442A9A8EAB0F353A616F"/>
    <w:rsid w:val="00800A68"/>
  </w:style>
  <w:style w:type="paragraph" w:customStyle="1" w:styleId="8F4D24E9CAAC44EF86E3692DD10ED024">
    <w:name w:val="8F4D24E9CAAC44EF86E3692DD10ED024"/>
    <w:rsid w:val="00800A68"/>
  </w:style>
  <w:style w:type="paragraph" w:customStyle="1" w:styleId="C65B621E40F74FCE8314CC463D249CB5">
    <w:name w:val="C65B621E40F74FCE8314CC463D249CB5"/>
    <w:rsid w:val="00800A68"/>
  </w:style>
  <w:style w:type="paragraph" w:customStyle="1" w:styleId="5E820700DDAA44E9BDFF7E5F533DF2B9">
    <w:name w:val="5E820700DDAA44E9BDFF7E5F533DF2B9"/>
    <w:rsid w:val="00800A68"/>
  </w:style>
  <w:style w:type="paragraph" w:customStyle="1" w:styleId="8DB61691FD844F378FCE2BEEE3F3E1BE">
    <w:name w:val="8DB61691FD844F378FCE2BEEE3F3E1BE"/>
    <w:rsid w:val="00826979"/>
  </w:style>
  <w:style w:type="paragraph" w:customStyle="1" w:styleId="A41F4E55C3ED456D808635FCCEC0AC7A">
    <w:name w:val="A41F4E55C3ED456D808635FCCEC0AC7A"/>
    <w:rsid w:val="00826979"/>
  </w:style>
  <w:style w:type="paragraph" w:customStyle="1" w:styleId="160A1AAA976B4D5AB0E0317EDC780E0B">
    <w:name w:val="160A1AAA976B4D5AB0E0317EDC780E0B"/>
    <w:rsid w:val="00826979"/>
  </w:style>
  <w:style w:type="paragraph" w:customStyle="1" w:styleId="EBB667FBDBC642F78B726DCF1E6E42B2">
    <w:name w:val="EBB667FBDBC642F78B726DCF1E6E42B2"/>
    <w:rsid w:val="00826979"/>
  </w:style>
  <w:style w:type="paragraph" w:customStyle="1" w:styleId="3C33789A3D454AA1A573402D3AF2937E">
    <w:name w:val="3C33789A3D454AA1A573402D3AF2937E"/>
    <w:rsid w:val="00826979"/>
  </w:style>
  <w:style w:type="paragraph" w:customStyle="1" w:styleId="C2FDA82B12C34BF79FEB736701CF8EC2">
    <w:name w:val="C2FDA82B12C34BF79FEB736701CF8EC2"/>
    <w:rsid w:val="00826979"/>
  </w:style>
  <w:style w:type="paragraph" w:customStyle="1" w:styleId="F93837A7A8B34943832C67BC4C590F03">
    <w:name w:val="F93837A7A8B34943832C67BC4C590F03"/>
    <w:rsid w:val="00826979"/>
  </w:style>
  <w:style w:type="paragraph" w:customStyle="1" w:styleId="85D6AB469E27465782051F3D29D9DB07">
    <w:name w:val="85D6AB469E27465782051F3D29D9DB07"/>
    <w:rsid w:val="008269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166F7DA9E85941A6122D1C88066D52" ma:contentTypeVersion="12" ma:contentTypeDescription="Crear nuevo documento." ma:contentTypeScope="" ma:versionID="b615f055059bc3a4040b2d35ffc36adb">
  <xsd:schema xmlns:xsd="http://www.w3.org/2001/XMLSchema" xmlns:xs="http://www.w3.org/2001/XMLSchema" xmlns:p="http://schemas.microsoft.com/office/2006/metadata/properties" xmlns:ns2="4f53111d-8207-443f-ae36-900282d48b4e" xmlns:ns3="d411c313-6874-47c8-899c-ceecd0923fd0" targetNamespace="http://schemas.microsoft.com/office/2006/metadata/properties" ma:root="true" ma:fieldsID="8472012c7303aeb061150e4351c458e5" ns2:_="" ns3:_="">
    <xsd:import namespace="4f53111d-8207-443f-ae36-900282d48b4e"/>
    <xsd:import namespace="d411c313-6874-47c8-899c-ceecd0923fd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111d-8207-443f-ae36-900282d48b4e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1c313-6874-47c8-899c-ceecd0923f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192ec6-779c-4730-bf11-b4c4974f9d62}" ma:internalName="TaxCatchAll" ma:showField="CatchAllData" ma:web="d411c313-6874-47c8-899c-ceecd0923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3111d-8207-443f-ae36-900282d48b4e">
      <Terms xmlns="http://schemas.microsoft.com/office/infopath/2007/PartnerControls"/>
    </lcf76f155ced4ddcb4097134ff3c332f>
    <TaxCatchAll xmlns="d411c313-6874-47c8-899c-ceecd0923fd0" xsi:nil="true"/>
  </documentManagement>
</p:properties>
</file>

<file path=customXml/itemProps1.xml><?xml version="1.0" encoding="utf-8"?>
<ds:datastoreItem xmlns:ds="http://schemas.openxmlformats.org/officeDocument/2006/customXml" ds:itemID="{2AA57A35-67AE-4DE0-9A32-EDB7A17849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AAC464-7D4C-4988-98DF-4E3EAB3C9B37}"/>
</file>

<file path=customXml/itemProps3.xml><?xml version="1.0" encoding="utf-8"?>
<ds:datastoreItem xmlns:ds="http://schemas.openxmlformats.org/officeDocument/2006/customXml" ds:itemID="{A0A162C0-298C-4E25-B94A-77CA72C57BBD}"/>
</file>

<file path=customXml/itemProps4.xml><?xml version="1.0" encoding="utf-8"?>
<ds:datastoreItem xmlns:ds="http://schemas.openxmlformats.org/officeDocument/2006/customXml" ds:itemID="{DA980BCE-F877-4290-B16C-A64931516B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451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Ruiz Perez, Guiomar</cp:lastModifiedBy>
  <cp:revision>8</cp:revision>
  <dcterms:created xsi:type="dcterms:W3CDTF">2025-10-29T12:43:00Z</dcterms:created>
  <dcterms:modified xsi:type="dcterms:W3CDTF">2025-11-14T08:03:00Z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0x0101004A166F7DA9E85941A6122D1C88066D52</vt:lpwstr>
  </property>
</Properties>
</file>